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נר אחד, הרבה אור – רגע הדלקה בכיתה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רגע ההדלקה הכיתתי ואת שלביו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המסר שבקטע הקריאה על הנר האחד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הערכים והסדר של ימי החנוכה כפי שמופיעים בטקס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7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מדליק/ת היום שמתחלף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התפקיד מתחלף בכל יום מחדש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כתוב מפורשות בתסריט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הערך הראשון הוא אומץ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LED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עובר/ת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זמן לשלב בטקס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(מכבים את האור)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(הדלקת הנר)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(קטע קריאה קצר)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(סבב שאלה)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הטקס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מכבים את האור הראשי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מדליק/ת היום מפעיל/ה את הנר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הקורא/ת קורא/ת את קטע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התלמידים משתתפים בסבב 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תפקיד שמתחלף כל יום ומדליק את הנר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בדקה 5:00–6:00, אחרי סבב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מעט אור יכול להאיר ולעזור, גם בלי לתקן הכול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או להדפיס את רשימת הערכים לפי סדר ימי החנוכה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לאפשר למי שמתקשים לדלג על חלק מהשאלות המסומנות כקשות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בשיחה קצרה על החוויה מהטקס עצמו, אם התקיים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נר אחד, הרבה אור – רגע הדלקה בכיתה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בכל יום מימי החנוכה מתקיים בכיתה רגע קצר ושקט: מדליקים נר אחד, קוראים קטע קצר, עושים סבב שאלה וכותבים פתק תודה. דף זה מתרגל את תוכן הרגע הזה.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אחדות  ·  LED  ·  עובר/ת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זמן אורך רגע ההדלקה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7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מדליק את הנר בכל יום מחדש?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מדליק/ת היום שמתחלף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הקורא/ת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קורה לאור הראשי בפתיחת הטקס?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נשאר דולק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מתחלף לאדום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תפקיד מדליק/ת היום הוא תפקיד קבוע שאינו משתנה לאורך ימי החנוכה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בסבב השאלה מי שלא רוצה לענות יכול לומר עובר/ת בלי להסביר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הערך הראשון בסדר ימי החנוכה הוא תקווה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בטקס מדליקים נר __________ אחד במרכז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הערך של היום הרביעי בחנוכה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מי שלא רוצה לענות בסבב אומר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זמן לשלב בטקס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0:00–1:00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הדלקת הנר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1:00–2:00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קטע קריאה קצר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2:00–3:00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סבב שאלה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3:00–5:00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מכבים את האור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התלמידים משתתפים בסבב שאלה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הקורא/ת קורא/ת את קטע הקריאה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מדליק/ת היום מפעיל/ה את הנר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מכבים את האור הראשי בכיתה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תפקיד מדליק/ת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באיזה שלב כותבים פתק תודה?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נר אחד, הרבה אור – רגע הדלקה בכיתה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