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 אחד, הרבה אור – רגע הדלקה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רגע ההדלקה הכיתתי ואת שלביו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שבקטע הקריאה על הנר האחד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והסדר של ימי החנוכה כפי שמופיעים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7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מדליק/ת היום שמתחלף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הערך של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פתק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מעט אור יכול להאיר הרבה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התפקיד מתחלף בכל יום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כתוב מפורשות בתסריט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הערך הראשון הוא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בשלב כתיבת הפתק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האור חוזר בהדרגה בסיום הרגע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LED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זמן לשלב בטקס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(מכבים את האור)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(הדלקת הנר)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(קטע קריאה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(סבב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(פתק תודה של דקה)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מכבים את האור הראשי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מדליק/ת היום מפעיל/ה את הנר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הקורא/ת קורא/ת את קטע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התלמידים משתתפים בסבב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פתק תודה ומכניסים אותו לקופסה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מכבים את הנר והאור הראשי 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גם מעשה קטן יכול לעזור למישהו קרוב, גם אם לא פותר הכול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תפקיד שמתחלף כל יום ומדליק את הנר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בדקה 5:00–6:00, אחרי סבב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מעט אור יכול להאיר ולעזור, גם בלי לתקן הכול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או להדפיס את רשימת הערכים לפי סדר ימי החנוכה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למי שמתקשים לדלג על חלק מהשאלות המסומנות כקשות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בשיחה קצרה על החוויה מהטקס עצמו, אם התקיים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 אחד, הרבה אור – רגע הדלקה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יום מימי החנוכה מתקיים בכיתה רגע קצר ושקט: מדליקים נר אחד, קוראים קטע קצר, עושים סבב שאלה וכותבים פתק תודה. דף זה מתרגל את תוכן הרגע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אורך רגע ההדלקה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מדליק את הנר בכל יום מחדש?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מדליק/ת היום שמתחלף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כתוב על הלוח בזמן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הערך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התאריך העברי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לאור הראשי בפתיחת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דולק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מתחלף לאדום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התלמידים בדקה שלפני הסיום?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פתק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ברכת המזון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המסר המרכזי של קטע הקריאה על הנר האחד?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הרבה נרות כדי שיהיה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מעט אור יכול להאיר הרבה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להשתמש באור הנר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הנר מסמל 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מדליק/ת היום הוא תפקיד קבוע שאינו משתנה לאורך ימי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בסבב השאלה מי שלא רוצה לענות יכול לומר עובר/ת בלי להסביר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הערך הראשון בסדר ימי החנוכה הוא 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פתקים שלא נמסרו באופן אישי נכנסים לקופסת התודה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הטקס האור הראשי נשאר כבוי עד סוף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 מדליקים נר __________ אחד במרכז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הערך של היום הרביעי בחנוכה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שלא רוצה לענות בסבב אומר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הפיוט המסורתי המוזכר בתסריט הוא מעוז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קטע הקריאה אומר שמעט אור דוחה הרבה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זמן לשלב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0:00–1:00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סבב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1:00–2:00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פתק תודה של דקה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2:00–3:00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הדלקת הנר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3:00–5:00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מכבים את האור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5:00–6:00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קטע קריאה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מדליק/ת היום מפעיל/ה את הנר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משתתפים בסבב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מכבים את הנר והאור הראשי חוזר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הקורא/ת קורא/ת את קטע הקריאה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מכבים את האור הראשי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פתק תודה ומכניסים אותו לקופסה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הרעיון: נר אחד לא מגרש את כל הלילה אבל מאיר את המטר הקרוב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מדליק/ת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שלב כותבים פתק 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המסר של קטע הקריאה על הנר?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 אחד, הרבה אור – רגע הדלקה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